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1-п-2026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25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Зрютин Максим Александрович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631624814858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25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25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Зрютин Максим Александрович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