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30т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Калягина Ольга Викторовна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631307452090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     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30т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30т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Калягина Ольга Викторовна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