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64т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Сарычева Ксения Евгеньевна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701733848152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  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64т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64т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Сарычева Ксения Евгеньевна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