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33т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Кещиян Татьяна Владимировна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231293361184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33т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33т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Кещиян Татьяна Владимировна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