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61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Ромек Владимир Георгиевич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616501289147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61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61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Ромек Владимир Георгиевич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