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29т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Ильина Анастасия Евгеньевна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542706685670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-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29т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29т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Ильина Анастасия Евгеньевна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