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42т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Левкина Алина Игоревна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222510479311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42т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42т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Левкина Алина Игоревна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