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48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Мельник Юрий Иванович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100101251571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48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48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Мельник Юрий Иванович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