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300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AKPP-2025/0024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12.12.2025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12.12.2025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Кондрашёв Василий Кириллович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12345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Изменилась фамилия на Иванов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AKPP-2025/0024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«12.12.2025»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AKPP-2025/0024  от</w:t>
      </w:r>
      <w:proofErr w:type="gramEnd"/>
      <w:r w:rsidR="00C72F4D" w:rsidRPr="00C72F4D">
        <w:rPr>
          <w:lang w:val="ru-RU"/>
        </w:rPr>
        <w:t xml:space="preserve"> «12.12.2025».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Кондрашёв Василий Кириллович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